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סרטונים חינוכיים – צופים, משוחחים, כותבים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התלמיד שחיכה בשער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עלילת הסרט ואת התנהגות הדמויות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הערכים המרכזיים בסרט - התמדה וסבלנות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רגשות דרך הבעות פנים ושפת 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הסרט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כדי ללמוד אצל המורה הזקן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שולח אותו משם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לחכות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כמעט בלי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התמדה וסבלנות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הנער מחליט לחכות ולא מוותר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מתואר בתקציר הסרט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הסרט כמעט בלי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המורה שולח אותו משם בהתחלה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אחד הנושאים המוצגים לצד הסרט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מקדש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שולח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לחכות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מתארים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(מטפס להר כדי ללמוד)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(שולח את הנער בהתחלה)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(תפקיד שמוסיפים בכיתות גדולות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(המקום שבו הנער מחכה)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(בניין על ראש ההר)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פעילות הדיבוב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צופים ומתארים את הדמויות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קוראים פרצופים ומזהים רגשות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כותבים שורות קצרות לכל 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מדבבים בשידור חי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משפטים קצרים ומתאימים לרגש של הדמות באותו רגע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מנומקת המתייחסת לתקשורת ולהנחות מוקדמות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הגיונית עם נימוק מהסרט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התייחסות להבעות פנים, עיניים או תנועות גוף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הממחישה את חשיבות ההתמדה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את הסרט פעם ראשונה בלי הפסקות ופעם שנייה בעצירות לזיהוי רגשות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העבודה בדף כדאי לקיים שיחה קצרה על משמעות ההתמדה והסבלנות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לכיתות ב׳ ולחנ״מ כדאי לצמצם למשפט אחד לדמות ובחירת רגש מתוך תמונות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סרטונים חינוכיים – צופים, משוחחים, כותבים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התלמיד שחיכה בשער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בסרט "התלמיד שחיכה בשער" צופים בנער שמטפס להר כדי ללמוד אצל מורה זקן. הסרט כמעט בלי מילים, ולכן אפשר ללמוד הרבה מהבעות הפנים ומהתנועות של הדמויות.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הסרט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הנער מטפס להר?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ללמוד אצל המורה הזקן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לישון 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לברוח מהבית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עושה המורה כשהנער מגיע למקדש?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מזמין אותו לשבת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שולח אותו משם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נותן לו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מתחיל ללמד אותו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הנער מחליט לעשות אחרי שהמורה שולח אותו?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ללכת הביתה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לכעוס ולצעוק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לחכות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לטפס הר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מילים יש בסרט?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הרבה דיאלוגים ארוכים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כמעט בלי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מילים באנגלית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מהם הערכים המרכזיים שהסרט עוסק בהם?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כוח ומהירות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התמדה וסבלנות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עושר וכבוד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תחרות וניצחון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הנער מוותר מיד כשהמורה שולח אותו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הסרט מתרחש במקדש שעל ראש הר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בסרט יש הרבה דיאלוגים ארוכים בין הדמויות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המורה הזקן מסכים ללמד את הנער מיד כשהוא מגיע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אחד הנושאים בסרט הוא תקשורת והנחות מוקדמות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הנער מטפס עד ל__________ על ראש ההר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המורה __________ את הנער מהמקדש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הנער מחליט ל__________ בשער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הסרט מתאים לצפייה כבר מכיתה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בפעילות הדיבוב, קודם __________ את הדמויות ואחר כך מנתחים רגשות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הנער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המקום שבו הנער מחכה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המורה הזקן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תפקיד שמוסיפים בכיתות גדולות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קריין/ית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שולח את הנער בהתחלה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בניין על ראש ההר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מקדש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מטפס להר כדי ללמוד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פעילות הדיבוב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פרצופים ומזהים רגשות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שורות קצרות לכל דמות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מדבבים בשידור חי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צופים ומתארים את הדמויות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דמות מהסרט - הנער או המורה - וכתבו לה 2-3 משפטים ברגע שהמורה שולח אותה מהמקדש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האם לדעתכם המורה הזקן טעה בהנחה הראשונית שלו על הנער? הסבירו את דעתכם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ערך בולט יותר בסרט - התמדה או סבלנות? נמקו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אפשר להבין מה דמות מרגישה בלי מילים בסרט?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היה קורה אם הנער היה מוותר מיד ולא מחכה?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התלמיד שחיכה בשער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