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הסרט ואת התנהגות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המרכזיים בסרט - התמדה וסבלנות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רגשות דרך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התמדה וסבלנות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הנער מחליט לחכות ולא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בתקציר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הסרט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המורה שולח אותו משם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הנושאים המוצגים לצד הסרט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(מטפס להר כדי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(שולח את הנער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(תפקיד שמוסיפים בכיתות גדולות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(המקום שבו הנער מחכה)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(בניין על ראש ההר)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פעילות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ומזהים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שורות קצרות לכל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מדבבים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קצרים ומתאימים לרגש של הדמות באותו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מנומקת המתייחסת לתקשורת ולהנחות מוקדמות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נימוק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להבעות פנים, עיניים או 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הממחישה את חשיבות ההתמדה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 פעם ראשונה בלי הפסקות ופעם שנייה בעצירות לזיהוי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בדף כדאי לקיים שיחה קצרה על משמעות ההתמדה והסבלנות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ב׳ ולחנ״מ כדאי לצמצם למשפט אחד לדמות ובחירת רגש מתוך תמונות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 יש נער שרוצה ללמוד אצל מורה זקן. המורה שולח אותו, והנער מחליט לחכות. כמעט אין מילים בסרט.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בלי לכעוס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 מוקדמת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משהו על מישהו לפני שמכירים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תקשורת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מעבירים מסר מאדם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שלומדים או מתפללים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לדמות בסרט 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קריין/ית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הנער עולה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לישון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לברוח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המורה עושה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מזמין אותו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לו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מתחיל ללמד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הנער עושה אחרי שהמורה שולח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לכעוס ולצעוק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לטפס הר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הרבה דיבורים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דיאלוגים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אילו ערכים הסרט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 וסבלנות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עושר וכבוד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וניצחון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מוותר מיד כשהמורה שולח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מתרחש במקדש שעל ראש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יש הרבה דיאלוגים ארוכים בין הדמויות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הזקן מסכים ללמד את הנער מיד כשהוא מגיע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הנושאים בסרט הוא תקשורת והנחות 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הנער מטפס עד ל__________ על 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__________ את הנער מהמקדש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הנער מחליט ל__________ בשער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הסרט מתאים לצפייה כבר מכיתה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בפעילות הדיבוב, קודם __________ את הדמויות ואחר כך מנתחים 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בניין על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המורה הזקן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מטפס להר כדי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הנער מחכה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שולח את הנער בהתחלה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תפקיד שמוסיפים בכיתות גדולות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פעילות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שורות קצרות לכל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מדבבים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ומתארים את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פרצופים ומזהים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מהסרט - הנער או המורה - וכתבו לה 2-3 משפטים ברגע שהמורה שולח אותה מהמקדש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המורה הזקן טעה בהנחה הראשונית שלו על הנער? הסבירו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בולט יותר בסרט - התמדה או סבלנות?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להבין מה דמות מרגישה בלי מילים בסרט?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קורה אם הנער היה מוותר מיד ולא מחכה?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התלמיד שחיכה בשער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