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התנהגות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בסרט - התמדה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דרך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הנער מחליט לחכות ולא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בתקציר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הסרט כמעט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(מטפס להר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(שולח את הנער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(תפקיד שמוסיפים בכיתות גדולות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שבו הנער מחכה)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שורות קצרות לכל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קצרים ומתאימים לרגש של הדמות באותו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להבעות פנים, עיניים או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הממחישה את חשיבות 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 פעם ראשונה בלי הפסקות ופעם שנייה בעצירות לזיהוי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בדף כדאי לקיים שיחה קצרה על משמעות ההתמדה והסבלנות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 ולחנ״מ כדאי לצמצם למשפט אחד לדמות ובחירת רגש מתוך תמונות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 "התלמיד שחיכה בשער" צופים בנער שמטפס להר כדי ללמוד אצל מורה זקן. הסרט כמעט בלי מילים, ולכן אפשר ללמוד הרבה מהבעות הפנים ומהתנועות של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מקדש  ·  שולח  ·  לחכות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הנער מטפס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לישון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המורה כשהנער מגיע למקדש?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מזמין אותו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נותן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הנער מחליט לעשות אחרי שהמורה שולח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לכעוס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מוותר מיד כשהמורה שולח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 מתרחש במקדש שעל 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 יש הרבה דיאלוגים ארוכים בין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הנער מטפס עד ל__________ 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__________ את הנער מהמקדש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הנער מחליט ל__________ בשער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שולח את הנער בהתחלה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המורה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הנער מחכה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מטפס להר כדי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תפקיד שמוסיפים בכיתות גדולות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שורות קצרות לכל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ומתארים את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פרצופים ומזהים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דמות מהסרט - הנער או המורה - וכתבו לה 2-3 משפטים ברגע שהמורה שולח אותה מהמקדש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ערך בולט יותר בסרט - התמדה או סבלנות?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להבין מה דמות מרגישה בלי מילים בסרט?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